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EC" w:rsidRDefault="007E431C">
      <w:pPr>
        <w:spacing w:after="0"/>
        <w:jc w:val="center"/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461573F" wp14:editId="755CD53D">
            <wp:simplePos x="0" y="0"/>
            <wp:positionH relativeFrom="column">
              <wp:posOffset>6347460</wp:posOffset>
            </wp:positionH>
            <wp:positionV relativeFrom="paragraph">
              <wp:posOffset>8766810</wp:posOffset>
            </wp:positionV>
            <wp:extent cx="838200" cy="885472"/>
            <wp:effectExtent l="0" t="0" r="0" b="0"/>
            <wp:wrapNone/>
            <wp:docPr id="2" name="Picture 2" descr="C:\Users\Mandy\Downloads\October Half Term Holiday Club QRCod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dy\Downloads\October Half Term Holiday Club QRCode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8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59D">
        <w:rPr>
          <w:noProof/>
          <w:lang w:val="en-GB" w:eastAsia="en-GB"/>
        </w:rPr>
        <w:drawing>
          <wp:inline distT="0" distB="0" distL="0" distR="0">
            <wp:extent cx="7333488" cy="103809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olorful_halloween_poster_flyer_graphic_busy_l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3488" cy="1038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EEC" w:rsidSect="00034616">
      <w:pgSz w:w="11909" w:h="16834"/>
      <w:pgMar w:top="144" w:right="144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02EEC"/>
    <w:rsid w:val="00326F90"/>
    <w:rsid w:val="0033676B"/>
    <w:rsid w:val="0033759D"/>
    <w:rsid w:val="007E431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4CD6F5C-198B-4690-A944-D8C84FCE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37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E2D7E3-4817-494A-99BC-27BF84EED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Mandy</cp:lastModifiedBy>
  <cp:revision>2</cp:revision>
  <cp:lastPrinted>2026-09-01T15:45:00Z</cp:lastPrinted>
  <dcterms:created xsi:type="dcterms:W3CDTF">2026-09-02T07:09:00Z</dcterms:created>
  <dcterms:modified xsi:type="dcterms:W3CDTF">2026-09-02T07:09:00Z</dcterms:modified>
  <cp:category/>
</cp:coreProperties>
</file>